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13:00-17:00 Pride på Galleri Elverket: Pratstund i utställningen och tygtrycksverkstad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