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Gravminnesmärket över röda fångar vid Dragsvikvägen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 xml:space="preserve">15:15-15:15 Besök vid Röda fångars minnesmärke och guidad rundtur på Dragsvik forna fånglägerområde  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