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17:00-18:00 Olli Tuovinen &amp; Esa Ylönen: Schumann &amp; Schumann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