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17:00-22:00 RAZZBORG - Jazz at Raseborg Castle</w:t>
      </w:r>
    </w:p>
    <w:p>
      <w:r>
        <w:t xml:space="preserve"> Tänä kesänä lavalle nousevat Ite., Bo i Billnäs Orkester, Lassi Friman Quartet sekä Kari Antila Quartet &amp; Elna Romberg.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