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 och Kulturhuset Karelia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16:00-19:00 BOKKALASET I EKENÄS 2026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