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Alandica, Auditoriet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19:00-20:00 LUNGOR (KEUHKOT)</w:t>
      </w:r>
    </w:p>
    <w:p>
      <w:r>
        <w:t>Palkintoehdokas LUNGOR yhdistää runouden, laulut ja näyttämötaiteen kertomukseksi ihmisen hauraudesta, arvosta ja toivosta.</w:t>
      </w:r>
    </w:p>
    <w:p>
      <w:r>
        <w:t>29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