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11:00-17:00 Utställning: På väg / Matkalla Av Lars Leden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