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Teams 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14:00-15:00 Vårseminarium: Alfa-PVP – den nya drogutmaningen, 22.4. kl. 14–15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