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Konsthemmet Kirpilä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17:00-18:00 Guidad tur på lätt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