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22.4.2026 keskiviikko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18:00-00:00 Bibelläsning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