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Tuike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17:00-21:30 Impron kevätkarkelot</w:t>
      </w:r>
    </w:p>
    <w:p>
      <w:r>
        <w:t>Ilmaisukoulu Valon improryhmien vuosi huipentuu impron kevätkarkeloihin Teatteri Tuikkeen näyttämöllä.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