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Lagstads hembygdsgård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15:00-16:30 Vårkonsert: Vår sång, vår fest!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