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13:00-13:45 Historisk rundtur på det gamla Lappvikens sjukhus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