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 Helsingfors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19:00-20:00 Sen blev jag en mor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