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Stallörsparken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13:00-15:00 Pride Month Piknik 🏳️‍🌈🍎</w:t>
      </w:r>
    </w:p>
    <w:p>
      <w:r>
        <w:t>Tervetuloa Pride Month Vege Piknikille Stallörenin puistoon Tammisaareen. Omat eväät ja viltti mukaan, löydät meidät sateenkaarilipun alta!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