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Station Café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18:00-20:00 Kevätkokous &amp; peli-ilta 🏳️‍🌈</w:t>
      </w:r>
    </w:p>
    <w:p>
      <w:r>
        <w:t>Tervetuloa Raaseporin Sateenkaaren kevätkokoukseen Station Caféhen Tammisaaren rautatieasemalle perjantaina 17.4. klo 18.00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