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Konstbubbla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15:00-16:45 Sateenkaarikupla  🌈🫧</w:t>
      </w:r>
    </w:p>
    <w:p>
      <w:r>
        <w:t>Taidekuplalla ja Raaseporin Sateenkaarella on uusi yhteistyö! Nora Raaseporin Sateenkaaresta vierailee Taidekuplassa työpajan kera yli 12-vuotiaille.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