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Kampen - Vegalicious Pastry - Brunnsparken - Södra Kajen</w:t>
      </w:r>
    </w:p>
    <w:p>
      <w:r>
        <w:t>5.4.2026 sunnuntai</w:t>
      </w:r>
    </w:p>
    <w:p>
      <w:pPr>
        <w:pStyle w:val="Heading1"/>
      </w:pPr>
      <w:r>
        <w:t>5.4.2026 sunnuntai</w:t>
      </w:r>
    </w:p>
    <w:p>
      <w:pPr>
        <w:pStyle w:val="Heading2"/>
      </w:pPr>
      <w:r>
        <w:t>14:00-17:00 Vänteam program söndag 5.4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