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19:00-20:15 TRIUMF - konsert med Muntra Musikanter &amp; Damkören Lux Aurea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