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 xml:space="preserve">08:30-11:00 How to Avoid Work Exploitation? JobBuddies breakfast seminar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