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0:15 En timme ungefär Henrik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