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banken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19:00-21:00 SOMMARKONSERT i Näsby, Houtskär, Näsbyvägen 192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