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14:00-15:45 Barnens söndag – Barnoperan Gänget!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