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Aleksis Kivis korridor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15:00-15:20 Ensam eller tillsammans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