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 xml:space="preserve">15:00-15:45 Historisk rundtur på det gamla Lappvikens sjukhus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