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17:00-22:00 Helsingforsdagen: Ingrid Enckell &amp; Visfolket på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