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Våga testa! – en hobbymässa för alla åldrar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