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17:00-20:30 Luckan Live: Öppen scen med Visans Vänner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