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19:00-23:00 Ilon &amp; Linn Thomas live @ Luckan – En akustisk avskalad upplevelse du sent kommer glömma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