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Haltia, Finlands naturcentrum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18:00-19:00 Esbo spelmanslag: Vårlust - avskedskonsert inför Sverige turnén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