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 – Esbo moderna konstmuseum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19:00-19:30 Carl Knif Company: Memory of Water – Work in Progress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