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 gårdsmuseum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12:30-13:30 Guidning på Glims: Julfirande förr</w:t>
      </w:r>
    </w:p>
    <w:p>
      <w:r>
        <w:t xml:space="preserve"> </w:t>
      </w:r>
    </w:p>
    <w:p>
      <w:r>
        <w:t>3/6€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