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14:00-14:00 Stjärnstoft &amp; Fallgropar av Improvisationsteater Stjärnfall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