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Amos-scenen, Svenska Teatern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19:00-20:35 Divan</w:t>
      </w:r>
    </w:p>
    <w:p>
      <w:r>
        <w:t xml:space="preserve"> </w:t>
      </w:r>
    </w:p>
    <w:p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