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12:00-13:00 Barnvisning i Kollektivet – Bilderboksillustration från Finland utställningen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