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14:30-14:30 Collaborative CV workshop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