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Mediernas museum och arkiv Merkki</w:t>
      </w: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>12:00-14:00 Herr Nilssons märkliga garderob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