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Bensow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17:00-19:30 ABC-föräldragrupp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