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Luckan </w:t>
      </w:r>
    </w:p>
    <w:p>
      <w:r>
        <w:t>2.2.2026 maanantai</w:t>
      </w:r>
    </w:p>
    <w:p>
      <w:pPr>
        <w:pStyle w:val="Heading1"/>
      </w:pPr>
      <w:r>
        <w:t>2.2.2026-4.5.2026</w:t>
      </w:r>
    </w:p>
    <w:p>
      <w:pPr>
        <w:pStyle w:val="Heading2"/>
      </w:pPr>
      <w:r>
        <w:t>18:00-19:30 Book Club in Easy Swedish / more advanced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