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Angelniemi kyrka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18:00-19:45 ROMANTIIKKAA JA MIETISKELYÄ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