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Kimito kyrka</w:t>
      </w:r>
    </w:p>
    <w:p>
      <w:r>
        <w:t>11.7.2025 perjantai</w:t>
      </w:r>
    </w:p>
    <w:p>
      <w:pPr>
        <w:pStyle w:val="Heading1"/>
      </w:pPr>
      <w:r>
        <w:t>11.7.2025 perjantai</w:t>
      </w:r>
    </w:p>
    <w:p>
      <w:pPr>
        <w:pStyle w:val="Heading2"/>
      </w:pPr>
      <w:r>
        <w:t>17:30-18:40 SCHUMANNIN JA BEETHOVENIN SEURASSA</w:t>
      </w:r>
    </w:p>
    <w:p>
      <w:r>
        <w:t xml:space="preserve"> </w:t>
      </w:r>
    </w:p>
    <w:p>
      <w:r>
        <w:t>28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