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16:00-21:00 Lärkkulla Musical: Showcase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