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13:26-13:26 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