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18:00-18:00 Bön- o Lovsångskväll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