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11:00-17:00 Utställning: To Belong Av projektet NU25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