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 xml:space="preserve">16:00-18:00 How to prepare for and succeed in job interviews with Marina Ponomareva / Online Info-Session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