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Regatta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14:00-14:00 Rörelseglädje 65+ Stavgång i Tölö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