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 i Helsingfors</w:t>
      </w:r>
    </w:p>
    <w:p>
      <w:r>
        <w:t>8.3.2025 lauantai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19:00-00:00 Lawrence-King &amp; Utopia: Flykten från Alcinas ö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