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18:00-18:35 Barnens Estrad - Mycket skoj, Alfons Åberg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