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11.2.2025 tiistai</w:t>
      </w:r>
    </w:p>
    <w:p>
      <w:pPr>
        <w:pStyle w:val="Heading1"/>
      </w:pPr>
      <w:r>
        <w:t>11.2.2025-13.2.2025</w:t>
      </w:r>
    </w:p>
    <w:p>
      <w:pPr>
        <w:pStyle w:val="Heading2"/>
      </w:pPr>
      <w:r>
        <w:t>19:00-20:45 Teater Kennedy presenterar: Packa pappas kappsäck – en föreställning om pappor av och med Niklas Häggblom och Anders Slotte</w:t>
      </w:r>
    </w:p>
    <w:p>
      <w:r>
        <w:t xml:space="preserve"> 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